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חורף בישראל - מה לובשים?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מילים חדשות הקשורות לחורף ולגשם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על בגדי חורף ומזג האוויר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השורש ג-ש-ם ומשפחת המילים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באוקטובר או 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מורידים שכבה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חולצה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שמיכה חמה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בקיץ חם ויבש, אין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 מסוכן בגלל שיטפון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כתוב בסיפור האישי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אנה גרה בבאר שבע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תנור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ג-ש-ם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(הגשם הראשון של השנה)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(הגשם האחרון, באביב)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(כמה בגדים אחד על השני)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(הרבה מים שזורמים חזק)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(קרה באמת, כמו חלום)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מזכיר לפחות שני פריטי לבוש ומזג אוויר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השוואה בין שתי ערים, לפחות הבדל אחד במזג האוויר ובלבוש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יורה הוא הגשם הראשון, מלקוש הוא הגשם האחרון באביב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בירושלים לובשים גם צעיף וכובע כי קר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בגלל סכנת שיטפון אחרי גשם חזק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הטקסטים בקול לפני התרגול כדי לחזק הבנה שמיעתית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להראות תמונות של בגדי חורף לצד התרגיל להמחשה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אפשר לפשט את השאלות הפתוחות לכמה מילים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חורף בישראל - מה לובשים?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החורף בישראל - מתי הוא מתחיל, איך מתלבשים בו, ומה ההבדל בין יורה למלקוש.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לגשם הראשון של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מלקוש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מתחילה עונת הגשמים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באוקטובר או 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בדצמבר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קר יותר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כשחם באמצע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מוסיפים שכבה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מורידים שכבה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לובשים מעיל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נועלים מגפיים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דניאל לובש כשיש 12 מעלות בחיפה?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מעיל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חולצה קצרה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סוודר עבה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צעיף וכובע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העורך אומר לאנה לקנות לבית?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מזגן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שמיכה 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מעיל של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משקפי שמש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בקיץ בישראל יורד הרבה 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הגשם האחרון באביב נקרא מלקוש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ללכת בנחל אחרי גשם חזק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דניאל הגיע לישראל מקנדה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אנה עלתה מברזיל וגרה באילת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בגשם לוקחים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הגשם הראשון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בבית קר, אז מדליקים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בירושלים צריך גם צעיף וגם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השורש של המילה גשם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הרבה מים שזורמים חזק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מלקוש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כמה בגדים אחד על השני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שכבות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קרה באמת, כמו חלום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שיטפון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הגשם הראשון של השנה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התגשם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הגשם האחרון, באביב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3 משפטים על מה אתם לובשים בחורף בישראל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ספרו איך מזג האוויר בעיר שבאתם ממנה שונה מישראל, כמו בסיפור של דניאל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יורה למלקוש?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לובשים בירושלים שלא תמיד לובשים בתל אביב?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אסור ללכת בנחל אחרי גשם חזק?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חורף בישראל - מה לובשים?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